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2.png" ContentType="image/jpe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5"/>
        <w:gridCol w:w="5351"/>
      </w:tblGrid>
      <w:tr w:rsidR="0096132B" w:rsidRPr="00A013DE" w14:paraId="7EBDFE6D" w14:textId="77777777" w:rsidTr="00A12376">
        <w:trPr>
          <w:jc w:val="center"/>
        </w:trPr>
        <w:tc>
          <w:tcPr>
            <w:tcW w:w="5245" w:type="dxa"/>
            <w:shd w:val="clear" w:color="auto" w:fill="E9ED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0CDF88" w14:textId="77777777" w:rsidR="0096132B" w:rsidRPr="00A013DE" w:rsidRDefault="00000000">
            <w:pPr>
              <w:spacing w:after="0"/>
              <w:rPr>
                <w:rFonts w:ascii="Aptos Display" w:hAnsi="Aptos Display"/>
                <w:b/>
                <w:color w:val="235B91"/>
                <w:sz w:val="52"/>
                <w:szCs w:val="52"/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52"/>
                <w:szCs w:val="52"/>
                <w:lang w:val="en-GB"/>
              </w:rPr>
              <w:t>Curriculum Vitae</w: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43"/>
            </w:tblGrid>
            <w:tr w:rsidR="005B74D5" w:rsidRPr="00A013DE" w14:paraId="5B962EEC" w14:textId="77777777" w:rsidTr="005B74D5">
              <w:tc>
                <w:tcPr>
                  <w:tcW w:w="5043" w:type="dxa"/>
                </w:tcPr>
                <w:p w14:paraId="57290448" w14:textId="77777777" w:rsidR="005B74D5" w:rsidRPr="00A013DE" w:rsidRDefault="005B74D5">
                  <w:pPr>
                    <w:spacing w:after="0"/>
                    <w:rPr>
                      <w:b/>
                      <w:bCs/>
                      <w:sz w:val="22"/>
                      <w:lang w:val="en-GB"/>
                    </w:rPr>
                  </w:pPr>
                </w:p>
              </w:tc>
            </w:tr>
          </w:tbl>
          <w:p w14:paraId="40E2F670" w14:textId="77777777" w:rsidR="005B74D5" w:rsidRPr="00A013DE" w:rsidRDefault="005B74D5">
            <w:pPr>
              <w:spacing w:after="0"/>
              <w:rPr>
                <w:rFonts w:ascii="Aptos Display" w:hAnsi="Aptos Display"/>
                <w:b/>
                <w:color w:val="235B91"/>
                <w:sz w:val="23"/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About me</w:t>
            </w:r>
          </w:p>
          <w:p w14:paraId="5D633C0D" w14:textId="70006E4E" w:rsidR="005B74D5" w:rsidRPr="00A013DE" w:rsidRDefault="005B74D5">
            <w:pPr>
              <w:spacing w:after="0"/>
              <w:rPr>
                <w:b/>
                <w:bCs/>
                <w:sz w:val="52"/>
                <w:szCs w:val="52"/>
                <w:lang w:val="en-GB"/>
              </w:rPr>
            </w:pPr>
            <w:r w:rsidRPr="00A013DE">
              <w:rPr>
                <w:lang w:val="en-GB"/>
              </w:rPr>
              <w:t xml:space="preserve">I </w:t>
            </w:r>
            <w:r w:rsidR="00A013DE">
              <w:rPr>
                <w:lang w:val="en-GB"/>
              </w:rPr>
              <w:t>…</w:t>
            </w:r>
          </w:p>
        </w:tc>
        <w:tc>
          <w:tcPr>
            <w:tcW w:w="5351" w:type="dxa"/>
            <w:shd w:val="clear" w:color="auto" w:fill="E9EDF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03AAD8" w14:textId="77777777" w:rsidR="0096132B" w:rsidRPr="00A013DE" w:rsidRDefault="00000000">
            <w:pPr>
              <w:jc w:val="right"/>
              <w:rPr>
                <w:lang w:val="en-GB"/>
              </w:rPr>
            </w:pPr>
            <w:r w:rsidRPr="00A013DE">
              <w:rPr>
                <w:noProof/>
                <w:lang w:val="en-GB"/>
              </w:rPr>
              <w:drawing>
                <wp:inline distT="0" distB="0" distL="0" distR="0" wp14:anchorId="0DDF8DC9" wp14:editId="1B16C1D5">
                  <wp:extent cx="2289390" cy="12877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uropass-Colour-Purple-Brand-Mark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386" cy="1297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69342" w14:textId="77777777" w:rsidR="0096132B" w:rsidRPr="00A013DE" w:rsidRDefault="00000000">
      <w:pPr>
        <w:pBdr>
          <w:bottom w:val="single" w:sz="10" w:space="1" w:color="B8C1CB"/>
        </w:pBdr>
        <w:spacing w:after="80"/>
        <w:rPr>
          <w:lang w:val="en-GB"/>
        </w:rPr>
      </w:pPr>
      <w:r w:rsidRPr="00A013DE">
        <w:rPr>
          <w:lang w:val="en-GB"/>
        </w:rPr>
        <w:t xml:space="preserve">  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768"/>
      </w:tblGrid>
      <w:tr w:rsidR="0096132B" w:rsidRPr="00A013DE" w14:paraId="54E0540C" w14:textId="77777777" w:rsidTr="00D431C1">
        <w:trPr>
          <w:jc w:val="center"/>
        </w:trPr>
        <w:tc>
          <w:tcPr>
            <w:tcW w:w="3828" w:type="dxa"/>
            <w:shd w:val="clear" w:color="auto" w:fill="F2F4F6"/>
            <w:tcMar>
              <w:top w:w="80" w:type="dxa"/>
              <w:left w:w="60" w:type="dxa"/>
              <w:bottom w:w="80" w:type="dxa"/>
              <w:right w:w="150" w:type="dxa"/>
            </w:tcMar>
          </w:tcPr>
          <w:p w14:paraId="17DC27F7" w14:textId="77777777" w:rsidR="0096132B" w:rsidRPr="00A013DE" w:rsidRDefault="00000000">
            <w:pPr>
              <w:jc w:val="center"/>
              <w:rPr>
                <w:lang w:val="en-GB"/>
              </w:rPr>
            </w:pPr>
            <w:r w:rsidRPr="00A013DE">
              <w:rPr>
                <w:noProof/>
                <w:lang w:val="en-GB"/>
              </w:rPr>
              <w:drawing>
                <wp:inline distT="0" distB="0" distL="0" distR="0" wp14:anchorId="760EA91A" wp14:editId="39E67D76">
                  <wp:extent cx="1074420" cy="13671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v_photo_origin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751" cy="1368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F5F22A" w14:textId="77777777" w:rsidR="0096132B" w:rsidRPr="00A013DE" w:rsidRDefault="00000000">
            <w:pPr>
              <w:pBdr>
                <w:bottom w:val="single" w:sz="7" w:space="1" w:color="B9C3CC"/>
              </w:pBdr>
              <w:spacing w:before="16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sz w:val="21"/>
                <w:lang w:val="en-GB"/>
              </w:rPr>
              <w:t>Work experience</w:t>
            </w:r>
          </w:p>
          <w:p w14:paraId="3D582161" w14:textId="77777777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5"/>
                <w:lang w:val="en-GB"/>
              </w:rPr>
              <w:t>5 April 2019 – 28 April 2019</w:t>
            </w:r>
          </w:p>
          <w:p w14:paraId="79056445" w14:textId="01B94E88" w:rsidR="0096132B" w:rsidRPr="00A013DE" w:rsidRDefault="00841FF6">
            <w:pPr>
              <w:spacing w:after="80"/>
              <w:rPr>
                <w:lang w:val="en-GB"/>
              </w:rPr>
            </w:pPr>
            <w:r w:rsidRPr="00A013DE">
              <w:rPr>
                <w:sz w:val="16"/>
                <w:lang w:val="en-GB"/>
              </w:rPr>
              <w:t>Position</w:t>
            </w:r>
          </w:p>
          <w:p w14:paraId="5EE4A9B2" w14:textId="66315194" w:rsidR="0096132B" w:rsidRPr="00A013DE" w:rsidRDefault="00841FF6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5"/>
                <w:lang w:val="en-GB"/>
              </w:rPr>
              <w:t>Date</w:t>
            </w:r>
          </w:p>
          <w:p w14:paraId="054EEA9C" w14:textId="0E4776B1" w:rsidR="0096132B" w:rsidRPr="00A013DE" w:rsidRDefault="00841FF6">
            <w:pPr>
              <w:spacing w:after="80"/>
              <w:rPr>
                <w:lang w:val="en-GB"/>
              </w:rPr>
            </w:pPr>
            <w:r w:rsidRPr="00A013DE">
              <w:rPr>
                <w:sz w:val="16"/>
                <w:lang w:val="en-GB"/>
              </w:rPr>
              <w:t>Position</w:t>
            </w:r>
          </w:p>
          <w:p w14:paraId="539BBB78" w14:textId="60751188" w:rsidR="0096132B" w:rsidRPr="00A013DE" w:rsidRDefault="00841FF6" w:rsidP="00841FF6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5"/>
                <w:lang w:val="en-GB"/>
              </w:rPr>
              <w:t>Date</w:t>
            </w:r>
          </w:p>
          <w:p w14:paraId="59994ED9" w14:textId="72E5710C" w:rsidR="00E12E27" w:rsidRPr="00A013DE" w:rsidRDefault="00E12E27" w:rsidP="00841FF6">
            <w:pPr>
              <w:spacing w:after="20"/>
              <w:rPr>
                <w:lang w:val="en-GB"/>
              </w:rPr>
            </w:pPr>
            <w:r w:rsidRPr="00A013DE">
              <w:rPr>
                <w:lang w:val="en-GB"/>
              </w:rPr>
              <w:t>Position</w:t>
            </w:r>
          </w:p>
          <w:p w14:paraId="2A41948E" w14:textId="77777777" w:rsidR="0096132B" w:rsidRPr="00A013DE" w:rsidRDefault="00000000">
            <w:pPr>
              <w:pBdr>
                <w:bottom w:val="single" w:sz="7" w:space="1" w:color="B9C3CC"/>
              </w:pBdr>
              <w:spacing w:before="16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sz w:val="21"/>
                <w:lang w:val="en-GB"/>
              </w:rPr>
              <w:t>Education and training</w:t>
            </w:r>
          </w:p>
          <w:p w14:paraId="30ECD5FE" w14:textId="499B4D00" w:rsidR="0096132B" w:rsidRPr="00A013DE" w:rsidRDefault="00E12E27">
            <w:pPr>
              <w:rPr>
                <w:lang w:val="en-GB"/>
              </w:rPr>
            </w:pPr>
            <w:r w:rsidRPr="00A013DE">
              <w:rPr>
                <w:b/>
                <w:lang w:val="en-GB"/>
              </w:rPr>
              <w:t>Educational Field</w:t>
            </w:r>
          </w:p>
          <w:p w14:paraId="08DA32EA" w14:textId="7463556A" w:rsidR="0096132B" w:rsidRPr="00A013DE" w:rsidRDefault="00E12E27">
            <w:pPr>
              <w:spacing w:after="80"/>
              <w:rPr>
                <w:lang w:val="en-GB"/>
              </w:rPr>
            </w:pPr>
            <w:r w:rsidRPr="00A013DE">
              <w:rPr>
                <w:lang w:val="en-GB"/>
              </w:rPr>
              <w:t>School</w:t>
            </w:r>
          </w:p>
          <w:p w14:paraId="35DFF2FB" w14:textId="77777777" w:rsidR="0096132B" w:rsidRPr="00A013DE" w:rsidRDefault="00000000">
            <w:pPr>
              <w:pBdr>
                <w:bottom w:val="single" w:sz="7" w:space="1" w:color="B9C3CC"/>
              </w:pBdr>
              <w:spacing w:before="16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sz w:val="21"/>
                <w:lang w:val="en-GB"/>
              </w:rPr>
              <w:t>Personal skills</w:t>
            </w:r>
          </w:p>
          <w:p w14:paraId="6B7954F5" w14:textId="77777777" w:rsidR="0096132B" w:rsidRPr="00A013DE" w:rsidRDefault="00000000">
            <w:pPr>
              <w:spacing w:after="4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Communication skills</w:t>
            </w:r>
          </w:p>
          <w:p w14:paraId="28BD29AD" w14:textId="77777777" w:rsidR="0096132B" w:rsidRPr="00A013DE" w:rsidRDefault="00000000">
            <w:pPr>
              <w:spacing w:after="4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Organisational skills</w:t>
            </w:r>
          </w:p>
          <w:p w14:paraId="7BF49042" w14:textId="77777777" w:rsidR="0096132B" w:rsidRPr="00A013DE" w:rsidRDefault="00000000">
            <w:pPr>
              <w:spacing w:after="4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Job-related skills</w:t>
            </w:r>
          </w:p>
          <w:p w14:paraId="1AFA32D2" w14:textId="77777777" w:rsidR="0096132B" w:rsidRPr="00A013DE" w:rsidRDefault="00000000">
            <w:pPr>
              <w:spacing w:after="40"/>
              <w:rPr>
                <w:b/>
                <w:sz w:val="17"/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Digital skills</w:t>
            </w:r>
          </w:p>
          <w:p w14:paraId="704F3FF1" w14:textId="65131EDE" w:rsidR="002F0D21" w:rsidRPr="00A013DE" w:rsidRDefault="002F0D21">
            <w:pPr>
              <w:spacing w:after="40"/>
              <w:rPr>
                <w:lang w:val="en-GB"/>
              </w:rPr>
            </w:pPr>
          </w:p>
        </w:tc>
        <w:tc>
          <w:tcPr>
            <w:tcW w:w="6768" w:type="dxa"/>
            <w:tcMar>
              <w:top w:w="80" w:type="dxa"/>
              <w:left w:w="150" w:type="dxa"/>
              <w:bottom w:w="80" w:type="dxa"/>
              <w:right w:w="50" w:type="dxa"/>
            </w:tcMar>
          </w:tcPr>
          <w:p w14:paraId="2D259038" w14:textId="77777777" w:rsidR="005B74D5" w:rsidRPr="00A013DE" w:rsidRDefault="005B74D5">
            <w:pPr>
              <w:spacing w:before="40" w:after="80"/>
              <w:rPr>
                <w:rFonts w:ascii="Aptos Display" w:hAnsi="Aptos Display"/>
                <w:b/>
                <w:color w:val="235B91"/>
                <w:sz w:val="23"/>
                <w:lang w:val="en-GB"/>
              </w:rPr>
            </w:pPr>
          </w:p>
          <w:p w14:paraId="730B6BE6" w14:textId="5316CF8F" w:rsidR="0096132B" w:rsidRPr="00A013DE" w:rsidRDefault="00000000">
            <w:pPr>
              <w:spacing w:before="40" w:after="8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Personal information</w:t>
            </w:r>
          </w:p>
          <w:p w14:paraId="18374035" w14:textId="4405500C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First name(s) / Surname(s)</w:t>
            </w:r>
            <w:r w:rsidRPr="00A013DE">
              <w:rPr>
                <w:lang w:val="en-GB"/>
              </w:rPr>
              <w:t xml:space="preserve">  </w:t>
            </w:r>
          </w:p>
          <w:p w14:paraId="1AA6E93A" w14:textId="0C0D8DB9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Address</w:t>
            </w:r>
            <w:r w:rsidRPr="00A013DE">
              <w:rPr>
                <w:lang w:val="en-GB"/>
              </w:rPr>
              <w:t xml:space="preserve">  </w:t>
            </w:r>
          </w:p>
          <w:p w14:paraId="104E23D9" w14:textId="185D2170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Mobile</w:t>
            </w:r>
            <w:r w:rsidRPr="00A013DE">
              <w:rPr>
                <w:lang w:val="en-GB"/>
              </w:rPr>
              <w:t xml:space="preserve">  </w:t>
            </w:r>
          </w:p>
          <w:p w14:paraId="20C20424" w14:textId="0A0CB0C0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E-mail</w:t>
            </w:r>
            <w:r w:rsidRPr="00A013DE">
              <w:rPr>
                <w:lang w:val="en-GB"/>
              </w:rPr>
              <w:t xml:space="preserve">  </w:t>
            </w:r>
          </w:p>
          <w:p w14:paraId="4E25976B" w14:textId="0FE30390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Nationality</w:t>
            </w:r>
            <w:r w:rsidRPr="00A013DE">
              <w:rPr>
                <w:lang w:val="en-GB"/>
              </w:rPr>
              <w:t xml:space="preserve">  </w:t>
            </w:r>
          </w:p>
          <w:p w14:paraId="132EC282" w14:textId="05109FFC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Date of birth</w:t>
            </w:r>
            <w:r w:rsidRPr="00A013DE">
              <w:rPr>
                <w:lang w:val="en-GB"/>
              </w:rPr>
              <w:t xml:space="preserve">  </w:t>
            </w:r>
          </w:p>
          <w:p w14:paraId="03E8B884" w14:textId="511581A0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Gender</w:t>
            </w:r>
            <w:r w:rsidRPr="00A013DE">
              <w:rPr>
                <w:lang w:val="en-GB"/>
              </w:rPr>
              <w:t xml:space="preserve">  </w:t>
            </w:r>
          </w:p>
          <w:p w14:paraId="35496435" w14:textId="77777777" w:rsidR="005B74D5" w:rsidRPr="00A013DE" w:rsidRDefault="005B74D5">
            <w:pPr>
              <w:spacing w:before="40" w:after="80"/>
              <w:rPr>
                <w:rFonts w:ascii="Aptos Display" w:hAnsi="Aptos Display"/>
                <w:b/>
                <w:color w:val="235B91"/>
                <w:sz w:val="23"/>
                <w:lang w:val="en-GB"/>
              </w:rPr>
            </w:pPr>
          </w:p>
          <w:p w14:paraId="11FB57C7" w14:textId="151A8412" w:rsidR="0096132B" w:rsidRPr="00A013DE" w:rsidRDefault="00000000">
            <w:pPr>
              <w:spacing w:before="40" w:after="8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Desired employment / Occupational field</w:t>
            </w:r>
          </w:p>
          <w:p w14:paraId="72632D21" w14:textId="34E119DB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lang w:val="en-GB"/>
              </w:rPr>
              <w:t xml:space="preserve">  </w:t>
            </w:r>
            <w:r w:rsidR="00D05CCF" w:rsidRPr="00A013DE">
              <w:rPr>
                <w:lang w:val="en-GB"/>
              </w:rPr>
              <w:t xml:space="preserve">Extern: </w:t>
            </w:r>
          </w:p>
          <w:p w14:paraId="26456F26" w14:textId="77777777" w:rsidR="005B74D5" w:rsidRPr="00A013DE" w:rsidRDefault="005B74D5">
            <w:pPr>
              <w:spacing w:before="40" w:after="80"/>
              <w:rPr>
                <w:rFonts w:ascii="Aptos Display" w:hAnsi="Aptos Display"/>
                <w:b/>
                <w:color w:val="235B91"/>
                <w:sz w:val="23"/>
                <w:lang w:val="en-GB"/>
              </w:rPr>
            </w:pPr>
          </w:p>
          <w:p w14:paraId="61C741E6" w14:textId="5B960B89" w:rsidR="0096132B" w:rsidRPr="00A013DE" w:rsidRDefault="00000000">
            <w:pPr>
              <w:spacing w:before="40" w:after="8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Work experience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9"/>
              <w:gridCol w:w="2649"/>
            </w:tblGrid>
            <w:tr w:rsidR="0096132B" w:rsidRPr="00A013DE" w14:paraId="3F7AFC57" w14:textId="77777777">
              <w:tc>
                <w:tcPr>
                  <w:tcW w:w="2649" w:type="dxa"/>
                  <w:tcMar>
                    <w:top w:w="30" w:type="dxa"/>
                    <w:left w:w="0" w:type="dxa"/>
                    <w:bottom w:w="30" w:type="dxa"/>
                    <w:right w:w="70" w:type="dxa"/>
                  </w:tcMar>
                </w:tcPr>
                <w:p w14:paraId="3437F896" w14:textId="6D8B2DF3" w:rsidR="0096132B" w:rsidRPr="00A013DE" w:rsidRDefault="00595063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5"/>
                      <w:lang w:val="en-GB"/>
                    </w:rPr>
                    <w:t>Date</w:t>
                  </w:r>
                </w:p>
              </w:tc>
              <w:tc>
                <w:tcPr>
                  <w:tcW w:w="2649" w:type="dxa"/>
                  <w:tcMar>
                    <w:top w:w="30" w:type="dxa"/>
                    <w:left w:w="70" w:type="dxa"/>
                    <w:bottom w:w="30" w:type="dxa"/>
                    <w:right w:w="0" w:type="dxa"/>
                  </w:tcMar>
                </w:tcPr>
                <w:p w14:paraId="624858C6" w14:textId="6A427863" w:rsidR="0096132B" w:rsidRPr="00A013DE" w:rsidRDefault="00D2554A">
                  <w:pPr>
                    <w:rPr>
                      <w:b/>
                      <w:bCs/>
                      <w:lang w:val="en-GB"/>
                    </w:rPr>
                  </w:pPr>
                  <w:r w:rsidRPr="00A013DE">
                    <w:rPr>
                      <w:b/>
                      <w:bCs/>
                      <w:lang w:val="en-GB"/>
                    </w:rPr>
                    <w:t>Occupation/</w:t>
                  </w:r>
                  <w:r w:rsidR="00595063" w:rsidRPr="00A013DE">
                    <w:rPr>
                      <w:b/>
                      <w:bCs/>
                      <w:lang w:val="en-GB"/>
                    </w:rPr>
                    <w:t>Position</w:t>
                  </w:r>
                </w:p>
                <w:p w14:paraId="0C828C4F" w14:textId="62B76FB3" w:rsidR="0096132B" w:rsidRPr="00A013DE" w:rsidRDefault="00C022EF">
                  <w:pPr>
                    <w:spacing w:after="20"/>
                    <w:rPr>
                      <w:lang w:val="en-GB"/>
                    </w:rPr>
                  </w:pPr>
                  <w:r w:rsidRPr="00A013DE">
                    <w:rPr>
                      <w:lang w:val="en-GB"/>
                    </w:rPr>
                    <w:t>Main activities</w:t>
                  </w:r>
                </w:p>
                <w:p w14:paraId="074D6727" w14:textId="4485F93D" w:rsidR="0096132B" w:rsidRPr="00A013DE" w:rsidRDefault="00D2554A">
                  <w:pPr>
                    <w:rPr>
                      <w:lang w:val="en-GB"/>
                    </w:rPr>
                  </w:pPr>
                  <w:r w:rsidRPr="00A013DE">
                    <w:rPr>
                      <w:i/>
                      <w:sz w:val="15"/>
                      <w:lang w:val="en-GB"/>
                    </w:rPr>
                    <w:t>Name and address of employer</w:t>
                  </w:r>
                  <w:r w:rsidRPr="00A013DE">
                    <w:rPr>
                      <w:i/>
                      <w:sz w:val="15"/>
                      <w:lang w:val="en-GB"/>
                    </w:rPr>
                    <w:t xml:space="preserve"> </w:t>
                  </w:r>
                  <w:r w:rsidR="00000000" w:rsidRPr="00A013DE">
                    <w:rPr>
                      <w:i/>
                      <w:sz w:val="15"/>
                      <w:lang w:val="en-GB"/>
                    </w:rPr>
                    <w:t xml:space="preserve"> </w:t>
                  </w:r>
                </w:p>
              </w:tc>
            </w:tr>
          </w:tbl>
          <w:p w14:paraId="6C2F5FC8" w14:textId="77777777" w:rsidR="0096132B" w:rsidRPr="00A013DE" w:rsidRDefault="0096132B">
            <w:pPr>
              <w:rPr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9"/>
              <w:gridCol w:w="2649"/>
            </w:tblGrid>
            <w:tr w:rsidR="0096132B" w:rsidRPr="00A013DE" w14:paraId="62AFF430" w14:textId="77777777">
              <w:tc>
                <w:tcPr>
                  <w:tcW w:w="2649" w:type="dxa"/>
                  <w:tcMar>
                    <w:top w:w="30" w:type="dxa"/>
                    <w:left w:w="0" w:type="dxa"/>
                    <w:bottom w:w="30" w:type="dxa"/>
                    <w:right w:w="70" w:type="dxa"/>
                  </w:tcMar>
                </w:tcPr>
                <w:p w14:paraId="707A751D" w14:textId="7FBF0049" w:rsidR="0096132B" w:rsidRPr="00A013DE" w:rsidRDefault="00E07EA3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5"/>
                      <w:lang w:val="en-GB"/>
                    </w:rPr>
                    <w:t>Date</w:t>
                  </w:r>
                </w:p>
              </w:tc>
              <w:tc>
                <w:tcPr>
                  <w:tcW w:w="2649" w:type="dxa"/>
                  <w:tcMar>
                    <w:top w:w="30" w:type="dxa"/>
                    <w:left w:w="70" w:type="dxa"/>
                    <w:bottom w:w="30" w:type="dxa"/>
                    <w:right w:w="0" w:type="dxa"/>
                  </w:tcMar>
                </w:tcPr>
                <w:p w14:paraId="663CA1BB" w14:textId="77777777" w:rsidR="00C43B9F" w:rsidRPr="00A013DE" w:rsidRDefault="00C43B9F" w:rsidP="00C43B9F">
                  <w:pPr>
                    <w:rPr>
                      <w:b/>
                      <w:bCs/>
                      <w:lang w:val="en-GB"/>
                    </w:rPr>
                  </w:pPr>
                  <w:r w:rsidRPr="00A013DE">
                    <w:rPr>
                      <w:b/>
                      <w:bCs/>
                      <w:lang w:val="en-GB"/>
                    </w:rPr>
                    <w:t>Occupation/Position</w:t>
                  </w:r>
                </w:p>
                <w:p w14:paraId="571C03DD" w14:textId="77777777" w:rsidR="00C43B9F" w:rsidRPr="00A013DE" w:rsidRDefault="00C43B9F" w:rsidP="00C43B9F">
                  <w:pPr>
                    <w:spacing w:after="20"/>
                    <w:rPr>
                      <w:lang w:val="en-GB"/>
                    </w:rPr>
                  </w:pPr>
                  <w:r w:rsidRPr="00A013DE">
                    <w:rPr>
                      <w:lang w:val="en-GB"/>
                    </w:rPr>
                    <w:t>Main activities</w:t>
                  </w:r>
                </w:p>
                <w:p w14:paraId="651E9E68" w14:textId="789EFCC5" w:rsidR="0096132B" w:rsidRPr="00A013DE" w:rsidRDefault="00C43B9F">
                  <w:pPr>
                    <w:rPr>
                      <w:lang w:val="en-GB"/>
                    </w:rPr>
                  </w:pPr>
                  <w:r w:rsidRPr="00A013DE">
                    <w:rPr>
                      <w:i/>
                      <w:sz w:val="15"/>
                      <w:lang w:val="en-GB"/>
                    </w:rPr>
                    <w:t>Name and address of employer</w:t>
                  </w:r>
                </w:p>
              </w:tc>
            </w:tr>
          </w:tbl>
          <w:p w14:paraId="1337D1AC" w14:textId="77777777" w:rsidR="0096132B" w:rsidRPr="00A013DE" w:rsidRDefault="0096132B">
            <w:pPr>
              <w:rPr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9"/>
              <w:gridCol w:w="2649"/>
            </w:tblGrid>
            <w:tr w:rsidR="0096132B" w:rsidRPr="00A013DE" w14:paraId="053D53F2" w14:textId="77777777">
              <w:tc>
                <w:tcPr>
                  <w:tcW w:w="2649" w:type="dxa"/>
                  <w:tcMar>
                    <w:top w:w="30" w:type="dxa"/>
                    <w:left w:w="0" w:type="dxa"/>
                    <w:bottom w:w="30" w:type="dxa"/>
                    <w:right w:w="70" w:type="dxa"/>
                  </w:tcMar>
                </w:tcPr>
                <w:p w14:paraId="5F736D1A" w14:textId="4A19DA5B" w:rsidR="0096132B" w:rsidRPr="00A013DE" w:rsidRDefault="00C43B9F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5"/>
                      <w:lang w:val="en-GB"/>
                    </w:rPr>
                    <w:t>Date</w:t>
                  </w:r>
                </w:p>
              </w:tc>
              <w:tc>
                <w:tcPr>
                  <w:tcW w:w="2649" w:type="dxa"/>
                  <w:tcMar>
                    <w:top w:w="30" w:type="dxa"/>
                    <w:left w:w="70" w:type="dxa"/>
                    <w:bottom w:w="30" w:type="dxa"/>
                    <w:right w:w="0" w:type="dxa"/>
                  </w:tcMar>
                </w:tcPr>
                <w:p w14:paraId="56108CFD" w14:textId="77777777" w:rsidR="00C43B9F" w:rsidRPr="00A013DE" w:rsidRDefault="00C43B9F" w:rsidP="00C43B9F">
                  <w:pPr>
                    <w:rPr>
                      <w:b/>
                      <w:bCs/>
                      <w:lang w:val="en-GB"/>
                    </w:rPr>
                  </w:pPr>
                  <w:r w:rsidRPr="00A013DE">
                    <w:rPr>
                      <w:b/>
                      <w:bCs/>
                      <w:lang w:val="en-GB"/>
                    </w:rPr>
                    <w:t>Occupation/Position</w:t>
                  </w:r>
                </w:p>
                <w:p w14:paraId="53FDA9F0" w14:textId="77777777" w:rsidR="00C43B9F" w:rsidRPr="00A013DE" w:rsidRDefault="00C43B9F" w:rsidP="00C43B9F">
                  <w:pPr>
                    <w:spacing w:after="20"/>
                    <w:rPr>
                      <w:lang w:val="en-GB"/>
                    </w:rPr>
                  </w:pPr>
                  <w:r w:rsidRPr="00A013DE">
                    <w:rPr>
                      <w:lang w:val="en-GB"/>
                    </w:rPr>
                    <w:t>Main activities</w:t>
                  </w:r>
                </w:p>
                <w:p w14:paraId="4F121F08" w14:textId="456D48D5" w:rsidR="0096132B" w:rsidRPr="00A013DE" w:rsidRDefault="00C43B9F" w:rsidP="00C43B9F">
                  <w:pPr>
                    <w:rPr>
                      <w:lang w:val="en-GB"/>
                    </w:rPr>
                  </w:pPr>
                  <w:r w:rsidRPr="00A013DE">
                    <w:rPr>
                      <w:i/>
                      <w:sz w:val="15"/>
                      <w:lang w:val="en-GB"/>
                    </w:rPr>
                    <w:t>Name and address of employer</w:t>
                  </w:r>
                </w:p>
              </w:tc>
            </w:tr>
          </w:tbl>
          <w:p w14:paraId="1CCA1CD2" w14:textId="77777777" w:rsidR="0096132B" w:rsidRPr="00A013DE" w:rsidRDefault="0096132B">
            <w:pPr>
              <w:rPr>
                <w:lang w:val="en-GB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9"/>
              <w:gridCol w:w="2649"/>
            </w:tblGrid>
            <w:tr w:rsidR="0096132B" w:rsidRPr="00A013DE" w14:paraId="0E600A8D" w14:textId="77777777">
              <w:tc>
                <w:tcPr>
                  <w:tcW w:w="2649" w:type="dxa"/>
                  <w:tcMar>
                    <w:top w:w="30" w:type="dxa"/>
                    <w:left w:w="0" w:type="dxa"/>
                    <w:bottom w:w="30" w:type="dxa"/>
                    <w:right w:w="70" w:type="dxa"/>
                  </w:tcMar>
                </w:tcPr>
                <w:p w14:paraId="10C056B8" w14:textId="0A4AEC49" w:rsidR="0096132B" w:rsidRPr="00A013DE" w:rsidRDefault="00C43B9F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5"/>
                      <w:lang w:val="en-GB"/>
                    </w:rPr>
                    <w:t>Date</w:t>
                  </w:r>
                </w:p>
              </w:tc>
              <w:tc>
                <w:tcPr>
                  <w:tcW w:w="2649" w:type="dxa"/>
                  <w:tcMar>
                    <w:top w:w="30" w:type="dxa"/>
                    <w:left w:w="70" w:type="dxa"/>
                    <w:bottom w:w="30" w:type="dxa"/>
                    <w:right w:w="0" w:type="dxa"/>
                  </w:tcMar>
                </w:tcPr>
                <w:p w14:paraId="1DFD0805" w14:textId="77777777" w:rsidR="00C43B9F" w:rsidRPr="00A013DE" w:rsidRDefault="00C43B9F" w:rsidP="00C43B9F">
                  <w:pPr>
                    <w:rPr>
                      <w:b/>
                      <w:bCs/>
                      <w:lang w:val="en-GB"/>
                    </w:rPr>
                  </w:pPr>
                  <w:r w:rsidRPr="00A013DE">
                    <w:rPr>
                      <w:b/>
                      <w:bCs/>
                      <w:lang w:val="en-GB"/>
                    </w:rPr>
                    <w:t>Occupation/Position</w:t>
                  </w:r>
                </w:p>
                <w:p w14:paraId="0F295B12" w14:textId="77777777" w:rsidR="00C43B9F" w:rsidRPr="00A013DE" w:rsidRDefault="00C43B9F" w:rsidP="00C43B9F">
                  <w:pPr>
                    <w:spacing w:after="20"/>
                    <w:rPr>
                      <w:lang w:val="en-GB"/>
                    </w:rPr>
                  </w:pPr>
                  <w:r w:rsidRPr="00A013DE">
                    <w:rPr>
                      <w:lang w:val="en-GB"/>
                    </w:rPr>
                    <w:t>Main activities</w:t>
                  </w:r>
                </w:p>
                <w:p w14:paraId="46DFAF97" w14:textId="40977E4E" w:rsidR="0096132B" w:rsidRPr="00A013DE" w:rsidRDefault="00C43B9F" w:rsidP="00C43B9F">
                  <w:pPr>
                    <w:rPr>
                      <w:lang w:val="en-GB"/>
                    </w:rPr>
                  </w:pPr>
                  <w:r w:rsidRPr="00A013DE">
                    <w:rPr>
                      <w:i/>
                      <w:sz w:val="15"/>
                      <w:lang w:val="en-GB"/>
                    </w:rPr>
                    <w:t>Name and address of employer</w:t>
                  </w:r>
                </w:p>
              </w:tc>
            </w:tr>
          </w:tbl>
          <w:p w14:paraId="239C583A" w14:textId="413507CA" w:rsidR="0096132B" w:rsidRPr="00A013DE" w:rsidRDefault="00000000">
            <w:pPr>
              <w:spacing w:before="40" w:after="8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Education and training</w:t>
            </w:r>
            <w:r w:rsidR="001402CD"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 xml:space="preserve"> </w:t>
            </w:r>
          </w:p>
          <w:p w14:paraId="3FF16790" w14:textId="25530628" w:rsidR="0096132B" w:rsidRPr="00A013DE" w:rsidRDefault="00A013DE">
            <w:pPr>
              <w:spacing w:after="20"/>
              <w:rPr>
                <w:lang w:val="en-GB"/>
              </w:rPr>
            </w:pPr>
            <w:r>
              <w:rPr>
                <w:b/>
                <w:sz w:val="17"/>
                <w:lang w:val="en-GB"/>
              </w:rPr>
              <w:t>Date</w:t>
            </w:r>
            <w:r w:rsidR="00000000" w:rsidRPr="00A013DE">
              <w:rPr>
                <w:b/>
                <w:sz w:val="17"/>
                <w:lang w:val="en-GB"/>
              </w:rPr>
              <w:t xml:space="preserve"> – </w:t>
            </w:r>
            <w:r>
              <w:rPr>
                <w:b/>
                <w:sz w:val="17"/>
                <w:lang w:val="en-GB"/>
              </w:rPr>
              <w:t>Date</w:t>
            </w:r>
            <w:r w:rsidR="00000000" w:rsidRPr="00A013DE">
              <w:rPr>
                <w:lang w:val="en-GB"/>
              </w:rPr>
              <w:t xml:space="preserve">  </w:t>
            </w:r>
            <w:r>
              <w:rPr>
                <w:lang w:val="en-GB"/>
              </w:rPr>
              <w:t>Educational field / Title to be awarded</w:t>
            </w:r>
          </w:p>
          <w:p w14:paraId="2B1EC586" w14:textId="0A782AC1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Institution</w:t>
            </w:r>
            <w:r w:rsidRPr="00A013DE">
              <w:rPr>
                <w:lang w:val="en-GB"/>
              </w:rPr>
              <w:t xml:space="preserve">  </w:t>
            </w:r>
            <w:r w:rsidR="00C960AA" w:rsidRPr="00A013DE">
              <w:rPr>
                <w:lang w:val="en-GB"/>
              </w:rPr>
              <w:t>School Name</w:t>
            </w:r>
          </w:p>
          <w:p w14:paraId="568C60B9" w14:textId="7AF6E7B4" w:rsidR="0096132B" w:rsidRPr="00A013DE" w:rsidRDefault="00D431C1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The European Qualifications Framework (EQF)</w:t>
            </w:r>
            <w:r w:rsidRPr="00A013DE">
              <w:rPr>
                <w:b/>
                <w:sz w:val="17"/>
                <w:lang w:val="en-GB"/>
              </w:rPr>
              <w:t>:</w:t>
            </w:r>
            <w:r w:rsidR="00000000" w:rsidRPr="00A013DE">
              <w:rPr>
                <w:lang w:val="en-GB"/>
              </w:rPr>
              <w:t xml:space="preserve">  </w:t>
            </w:r>
          </w:p>
          <w:p w14:paraId="62677824" w14:textId="77777777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lang w:val="en-GB"/>
              </w:rPr>
              <w:t>Key occupational skills:</w:t>
            </w:r>
          </w:p>
          <w:p w14:paraId="11E5CCD3" w14:textId="1BCDFAC9" w:rsidR="00F140E1" w:rsidRPr="00A013DE" w:rsidRDefault="00000000" w:rsidP="00F140E1">
            <w:pPr>
              <w:spacing w:after="0"/>
              <w:ind w:left="170"/>
              <w:rPr>
                <w:sz w:val="15"/>
                <w:lang w:val="en-GB"/>
              </w:rPr>
            </w:pPr>
            <w:r w:rsidRPr="00A013DE">
              <w:rPr>
                <w:sz w:val="15"/>
                <w:lang w:val="en-GB"/>
              </w:rPr>
              <w:t xml:space="preserve">• </w:t>
            </w:r>
            <w:r w:rsidR="00F140E1" w:rsidRPr="00A013DE">
              <w:rPr>
                <w:sz w:val="15"/>
                <w:lang w:val="en-GB"/>
              </w:rPr>
              <w:t>…</w:t>
            </w:r>
          </w:p>
          <w:p w14:paraId="406EDF7C" w14:textId="07A7ADC5" w:rsidR="00F140E1" w:rsidRPr="00A013DE" w:rsidRDefault="00F140E1" w:rsidP="00F140E1">
            <w:pPr>
              <w:spacing w:after="0"/>
              <w:ind w:left="170"/>
              <w:rPr>
                <w:sz w:val="15"/>
                <w:lang w:val="en-GB"/>
              </w:rPr>
            </w:pPr>
            <w:r w:rsidRPr="00A013DE">
              <w:rPr>
                <w:sz w:val="15"/>
                <w:lang w:val="en-GB"/>
              </w:rPr>
              <w:t xml:space="preserve">• </w:t>
            </w:r>
            <w:r w:rsidRPr="00A013DE">
              <w:rPr>
                <w:sz w:val="15"/>
                <w:lang w:val="en-GB"/>
              </w:rPr>
              <w:t>…</w:t>
            </w:r>
          </w:p>
          <w:p w14:paraId="728F83C8" w14:textId="03D50554" w:rsidR="00F140E1" w:rsidRPr="00A013DE" w:rsidRDefault="00F140E1" w:rsidP="00F140E1">
            <w:pPr>
              <w:spacing w:after="0"/>
              <w:ind w:left="170"/>
              <w:rPr>
                <w:sz w:val="15"/>
                <w:lang w:val="en-GB"/>
              </w:rPr>
            </w:pPr>
            <w:r w:rsidRPr="00A013DE">
              <w:rPr>
                <w:sz w:val="15"/>
                <w:lang w:val="en-GB"/>
              </w:rPr>
              <w:t xml:space="preserve">• </w:t>
            </w:r>
            <w:r w:rsidRPr="00A013DE">
              <w:rPr>
                <w:sz w:val="15"/>
                <w:lang w:val="en-GB"/>
              </w:rPr>
              <w:t>…</w:t>
            </w:r>
          </w:p>
          <w:p w14:paraId="7B471BF6" w14:textId="5265313B" w:rsidR="00F140E1" w:rsidRPr="00A013DE" w:rsidRDefault="00F140E1" w:rsidP="00F140E1">
            <w:pPr>
              <w:spacing w:after="0"/>
              <w:ind w:left="170"/>
              <w:rPr>
                <w:sz w:val="15"/>
                <w:lang w:val="en-GB"/>
              </w:rPr>
            </w:pPr>
            <w:r w:rsidRPr="00A013DE">
              <w:rPr>
                <w:sz w:val="15"/>
                <w:lang w:val="en-GB"/>
              </w:rPr>
              <w:lastRenderedPageBreak/>
              <w:t xml:space="preserve">• </w:t>
            </w:r>
            <w:r w:rsidRPr="00A013DE">
              <w:rPr>
                <w:sz w:val="15"/>
                <w:lang w:val="en-GB"/>
              </w:rPr>
              <w:t>…</w:t>
            </w:r>
          </w:p>
          <w:p w14:paraId="23BDB8FF" w14:textId="77777777" w:rsidR="00F140E1" w:rsidRPr="00A013DE" w:rsidRDefault="00F140E1" w:rsidP="00F140E1">
            <w:pPr>
              <w:spacing w:after="0"/>
              <w:ind w:left="170"/>
              <w:rPr>
                <w:sz w:val="15"/>
                <w:lang w:val="en-GB"/>
              </w:rPr>
            </w:pPr>
          </w:p>
          <w:p w14:paraId="1C4FF1D8" w14:textId="77777777" w:rsidR="0096132B" w:rsidRPr="00A013DE" w:rsidRDefault="00000000">
            <w:pPr>
              <w:spacing w:before="40" w:after="8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Language skills</w:t>
            </w:r>
          </w:p>
          <w:p w14:paraId="41FDAFF4" w14:textId="7B4F4C95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Mother tongue</w:t>
            </w:r>
            <w:r w:rsidRPr="00A013DE">
              <w:rPr>
                <w:lang w:val="en-GB"/>
              </w:rPr>
              <w:t xml:space="preserve">  </w:t>
            </w:r>
          </w:p>
          <w:p w14:paraId="3C53FE3B" w14:textId="2C39FA26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Other languages</w:t>
            </w:r>
            <w:r w:rsidRPr="00A013DE">
              <w:rPr>
                <w:lang w:val="en-GB"/>
              </w:rPr>
              <w:t xml:space="preserve">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3"/>
              <w:gridCol w:w="883"/>
              <w:gridCol w:w="883"/>
              <w:gridCol w:w="883"/>
              <w:gridCol w:w="883"/>
              <w:gridCol w:w="883"/>
            </w:tblGrid>
            <w:tr w:rsidR="0096132B" w:rsidRPr="00A013DE" w14:paraId="7A5759E0" w14:textId="77777777">
              <w:tc>
                <w:tcPr>
                  <w:tcW w:w="883" w:type="dxa"/>
                  <w:shd w:val="clear" w:color="auto" w:fill="EAF0F6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7D4CE80F" w14:textId="77777777" w:rsidR="0096132B" w:rsidRPr="00A013DE" w:rsidRDefault="00000000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4"/>
                      <w:lang w:val="en-GB"/>
                    </w:rPr>
                    <w:t>Language</w:t>
                  </w:r>
                </w:p>
              </w:tc>
              <w:tc>
                <w:tcPr>
                  <w:tcW w:w="883" w:type="dxa"/>
                  <w:shd w:val="clear" w:color="auto" w:fill="EAF0F6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0A6F845C" w14:textId="77777777" w:rsidR="0096132B" w:rsidRPr="00A013DE" w:rsidRDefault="00000000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4"/>
                      <w:lang w:val="en-GB"/>
                    </w:rPr>
                    <w:t>Listening</w:t>
                  </w:r>
                </w:p>
              </w:tc>
              <w:tc>
                <w:tcPr>
                  <w:tcW w:w="883" w:type="dxa"/>
                  <w:shd w:val="clear" w:color="auto" w:fill="EAF0F6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7335691A" w14:textId="77777777" w:rsidR="0096132B" w:rsidRPr="00A013DE" w:rsidRDefault="00000000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4"/>
                      <w:lang w:val="en-GB"/>
                    </w:rPr>
                    <w:t>Reading</w:t>
                  </w:r>
                </w:p>
              </w:tc>
              <w:tc>
                <w:tcPr>
                  <w:tcW w:w="883" w:type="dxa"/>
                  <w:shd w:val="clear" w:color="auto" w:fill="EAF0F6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630E06AD" w14:textId="77777777" w:rsidR="0096132B" w:rsidRPr="00A013DE" w:rsidRDefault="00000000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4"/>
                      <w:lang w:val="en-GB"/>
                    </w:rPr>
                    <w:t>Spoken interaction</w:t>
                  </w:r>
                </w:p>
              </w:tc>
              <w:tc>
                <w:tcPr>
                  <w:tcW w:w="883" w:type="dxa"/>
                  <w:shd w:val="clear" w:color="auto" w:fill="EAF0F6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2C22FAFB" w14:textId="77777777" w:rsidR="0096132B" w:rsidRPr="00A013DE" w:rsidRDefault="00000000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4"/>
                      <w:lang w:val="en-GB"/>
                    </w:rPr>
                    <w:t>Spoken production</w:t>
                  </w:r>
                </w:p>
              </w:tc>
              <w:tc>
                <w:tcPr>
                  <w:tcW w:w="883" w:type="dxa"/>
                  <w:shd w:val="clear" w:color="auto" w:fill="EAF0F6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55034ABF" w14:textId="77777777" w:rsidR="0096132B" w:rsidRPr="00A013DE" w:rsidRDefault="00000000">
                  <w:pPr>
                    <w:rPr>
                      <w:lang w:val="en-GB"/>
                    </w:rPr>
                  </w:pPr>
                  <w:r w:rsidRPr="00A013DE">
                    <w:rPr>
                      <w:b/>
                      <w:sz w:val="14"/>
                      <w:lang w:val="en-GB"/>
                    </w:rPr>
                    <w:t>Writing</w:t>
                  </w:r>
                </w:p>
              </w:tc>
            </w:tr>
            <w:tr w:rsidR="00F140E1" w:rsidRPr="00A013DE" w14:paraId="7827669F" w14:textId="77777777"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041FD413" w14:textId="3FB70B3F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54178D61" w14:textId="3B604531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2697B016" w14:textId="2B981222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244AFA69" w14:textId="6F7E5352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6B754D62" w14:textId="6B41E789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0E268E22" w14:textId="32BF7F8E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</w:tr>
            <w:tr w:rsidR="00F140E1" w:rsidRPr="00A013DE" w14:paraId="15AC012C" w14:textId="77777777"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1A98CB6A" w14:textId="2258DC1F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72C0597A" w14:textId="1DCC994E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58359175" w14:textId="04D11C88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1A1A2453" w14:textId="6AF9FCB2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77F0506D" w14:textId="2754B08C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  <w:tc>
                <w:tcPr>
                  <w:tcW w:w="883" w:type="dxa"/>
                  <w:tcMar>
                    <w:top w:w="35" w:type="dxa"/>
                    <w:left w:w="30" w:type="dxa"/>
                    <w:bottom w:w="35" w:type="dxa"/>
                    <w:right w:w="30" w:type="dxa"/>
                  </w:tcMar>
                </w:tcPr>
                <w:p w14:paraId="594A625A" w14:textId="7FB53037" w:rsidR="00F140E1" w:rsidRPr="00A013DE" w:rsidRDefault="00F140E1" w:rsidP="00F140E1">
                  <w:pPr>
                    <w:rPr>
                      <w:lang w:val="en-GB"/>
                    </w:rPr>
                  </w:pPr>
                  <w:r w:rsidRPr="00A013DE">
                    <w:rPr>
                      <w:sz w:val="15"/>
                      <w:lang w:val="en-GB"/>
                    </w:rPr>
                    <w:t>…</w:t>
                  </w:r>
                </w:p>
              </w:tc>
            </w:tr>
          </w:tbl>
          <w:p w14:paraId="02B5ACBC" w14:textId="77777777" w:rsidR="0096132B" w:rsidRPr="00A013DE" w:rsidRDefault="0096132B">
            <w:pPr>
              <w:rPr>
                <w:lang w:val="en-GB"/>
              </w:rPr>
            </w:pPr>
          </w:p>
          <w:p w14:paraId="0EB0612C" w14:textId="77777777" w:rsidR="0096132B" w:rsidRPr="00A013DE" w:rsidRDefault="00000000">
            <w:pPr>
              <w:spacing w:before="40" w:after="8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Personal skills and competences</w:t>
            </w:r>
          </w:p>
          <w:p w14:paraId="62A7C1DB" w14:textId="77777777" w:rsidR="00F140E1" w:rsidRPr="00A013DE" w:rsidRDefault="00E9684B">
            <w:pPr>
              <w:spacing w:after="20"/>
              <w:rPr>
                <w:sz w:val="15"/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Job-related</w:t>
            </w:r>
            <w:r w:rsidRPr="00A013DE">
              <w:rPr>
                <w:lang w:val="en-GB"/>
              </w:rPr>
              <w:t xml:space="preserve">  </w:t>
            </w:r>
            <w:r w:rsidR="00F140E1" w:rsidRPr="00A013DE">
              <w:rPr>
                <w:sz w:val="15"/>
                <w:lang w:val="en-GB"/>
              </w:rPr>
              <w:t>…</w:t>
            </w:r>
          </w:p>
          <w:p w14:paraId="1F8C834B" w14:textId="1328A19F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Communication</w:t>
            </w:r>
            <w:r w:rsidRPr="00A013DE">
              <w:rPr>
                <w:lang w:val="en-GB"/>
              </w:rPr>
              <w:t xml:space="preserve">  </w:t>
            </w:r>
            <w:r w:rsidR="00F140E1" w:rsidRPr="00A013DE">
              <w:rPr>
                <w:sz w:val="15"/>
                <w:lang w:val="en-GB"/>
              </w:rPr>
              <w:t>…</w:t>
            </w:r>
          </w:p>
          <w:p w14:paraId="6C95A877" w14:textId="0EF70981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Organisation</w:t>
            </w:r>
            <w:r w:rsidRPr="00A013DE">
              <w:rPr>
                <w:lang w:val="en-GB"/>
              </w:rPr>
              <w:t xml:space="preserve">  </w:t>
            </w:r>
            <w:r w:rsidR="00F140E1" w:rsidRPr="00A013DE">
              <w:rPr>
                <w:sz w:val="15"/>
                <w:lang w:val="en-GB"/>
              </w:rPr>
              <w:t>…</w:t>
            </w:r>
          </w:p>
          <w:p w14:paraId="1AA9746D" w14:textId="104B4B7D" w:rsidR="0096132B" w:rsidRPr="00A013DE" w:rsidRDefault="00000000">
            <w:pPr>
              <w:spacing w:after="20"/>
              <w:rPr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Digital skills</w:t>
            </w:r>
            <w:r w:rsidRPr="00A013DE">
              <w:rPr>
                <w:lang w:val="en-GB"/>
              </w:rPr>
              <w:t xml:space="preserve">  </w:t>
            </w:r>
            <w:r w:rsidR="00F140E1" w:rsidRPr="00A013DE">
              <w:rPr>
                <w:sz w:val="15"/>
                <w:lang w:val="en-GB"/>
              </w:rPr>
              <w:t>…</w:t>
            </w:r>
          </w:p>
          <w:p w14:paraId="71E432B1" w14:textId="74990416" w:rsidR="0096132B" w:rsidRPr="00A013DE" w:rsidRDefault="00000000">
            <w:pPr>
              <w:spacing w:after="20"/>
              <w:rPr>
                <w:sz w:val="15"/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>Interests</w:t>
            </w:r>
            <w:r w:rsidRPr="00A013DE">
              <w:rPr>
                <w:lang w:val="en-GB"/>
              </w:rPr>
              <w:t xml:space="preserve">  </w:t>
            </w:r>
            <w:r w:rsidR="00F140E1" w:rsidRPr="00A013DE">
              <w:rPr>
                <w:sz w:val="15"/>
                <w:lang w:val="en-GB"/>
              </w:rPr>
              <w:t>…</w:t>
            </w:r>
          </w:p>
          <w:p w14:paraId="329631E1" w14:textId="24D678F9" w:rsidR="002F0D21" w:rsidRPr="00A013DE" w:rsidRDefault="00A013DE">
            <w:pPr>
              <w:spacing w:after="20"/>
              <w:rPr>
                <w:b/>
                <w:sz w:val="17"/>
                <w:lang w:val="en-GB"/>
              </w:rPr>
            </w:pPr>
            <w:r w:rsidRPr="00A013DE">
              <w:rPr>
                <w:b/>
                <w:sz w:val="17"/>
                <w:lang w:val="en-GB"/>
              </w:rPr>
              <w:t xml:space="preserve">Driving licence </w:t>
            </w:r>
            <w:r w:rsidRPr="00A013DE">
              <w:rPr>
                <w:sz w:val="15"/>
                <w:lang w:val="en-GB"/>
              </w:rPr>
              <w:t>…</w:t>
            </w:r>
          </w:p>
          <w:p w14:paraId="5A7999E0" w14:textId="77777777" w:rsidR="0096132B" w:rsidRPr="00A013DE" w:rsidRDefault="00000000">
            <w:pPr>
              <w:spacing w:before="40" w:after="80"/>
              <w:rPr>
                <w:lang w:val="en-GB"/>
              </w:rPr>
            </w:pPr>
            <w:r w:rsidRPr="00A013DE">
              <w:rPr>
                <w:rFonts w:ascii="Aptos Display" w:hAnsi="Aptos Display"/>
                <w:b/>
                <w:color w:val="235B91"/>
                <w:sz w:val="23"/>
                <w:lang w:val="en-GB"/>
              </w:rPr>
              <w:t>Additional information</w:t>
            </w:r>
          </w:p>
          <w:p w14:paraId="0610FDAC" w14:textId="57DF3842" w:rsidR="0096132B" w:rsidRPr="00A013DE" w:rsidRDefault="00F140E1">
            <w:pPr>
              <w:spacing w:after="0"/>
              <w:rPr>
                <w:lang w:val="en-GB"/>
              </w:rPr>
            </w:pPr>
            <w:r w:rsidRPr="00A013DE">
              <w:rPr>
                <w:sz w:val="15"/>
                <w:lang w:val="en-GB"/>
              </w:rPr>
              <w:t>…</w:t>
            </w:r>
          </w:p>
        </w:tc>
      </w:tr>
    </w:tbl>
    <w:p w14:paraId="3D0542C6" w14:textId="77777777" w:rsidR="00000000" w:rsidRPr="00A013DE" w:rsidRDefault="00000000">
      <w:pPr>
        <w:rPr>
          <w:lang w:val="en-GB"/>
        </w:rPr>
      </w:pPr>
    </w:p>
    <w:p w14:paraId="068E8A24" w14:textId="77777777" w:rsidR="00A12376" w:rsidRPr="00A013DE" w:rsidRDefault="00A12376" w:rsidP="00A12376">
      <w:pPr>
        <w:rPr>
          <w:lang w:val="en-GB"/>
        </w:rPr>
      </w:pPr>
    </w:p>
    <w:p w14:paraId="7A7E0F52" w14:textId="77777777" w:rsidR="00A12376" w:rsidRPr="00A013DE" w:rsidRDefault="00A12376" w:rsidP="00A12376">
      <w:pPr>
        <w:rPr>
          <w:lang w:val="en-GB"/>
        </w:rPr>
      </w:pPr>
    </w:p>
    <w:p w14:paraId="2208FC40" w14:textId="77777777" w:rsidR="00A12376" w:rsidRPr="00A013DE" w:rsidRDefault="00A12376" w:rsidP="00A12376">
      <w:pPr>
        <w:rPr>
          <w:lang w:val="en-GB"/>
        </w:rPr>
      </w:pPr>
    </w:p>
    <w:p w14:paraId="20435026" w14:textId="77777777" w:rsidR="00A12376" w:rsidRPr="00A013DE" w:rsidRDefault="00A12376" w:rsidP="00A12376">
      <w:pPr>
        <w:rPr>
          <w:lang w:val="en-GB"/>
        </w:rPr>
      </w:pPr>
    </w:p>
    <w:p w14:paraId="66EF8BD0" w14:textId="77777777" w:rsidR="00A12376" w:rsidRPr="00A013DE" w:rsidRDefault="00A12376" w:rsidP="00A12376">
      <w:pPr>
        <w:rPr>
          <w:lang w:val="en-GB"/>
        </w:rPr>
      </w:pPr>
    </w:p>
    <w:p w14:paraId="652082DA" w14:textId="77777777" w:rsidR="00A12376" w:rsidRPr="00A013DE" w:rsidRDefault="00A12376" w:rsidP="00A12376">
      <w:pPr>
        <w:rPr>
          <w:lang w:val="en-GB"/>
        </w:rPr>
      </w:pPr>
    </w:p>
    <w:p w14:paraId="25AC7634" w14:textId="77777777" w:rsidR="00A12376" w:rsidRPr="00A013DE" w:rsidRDefault="00A12376" w:rsidP="00A12376">
      <w:pPr>
        <w:rPr>
          <w:lang w:val="en-GB"/>
        </w:rPr>
      </w:pPr>
    </w:p>
    <w:p w14:paraId="71BE062A" w14:textId="77777777" w:rsidR="00A12376" w:rsidRPr="00A013DE" w:rsidRDefault="00A12376" w:rsidP="00A12376">
      <w:pPr>
        <w:rPr>
          <w:lang w:val="en-GB"/>
        </w:rPr>
      </w:pPr>
    </w:p>
    <w:p w14:paraId="61481129" w14:textId="24C74270" w:rsidR="00A12376" w:rsidRPr="00A013DE" w:rsidRDefault="00A12376" w:rsidP="00A12376">
      <w:pPr>
        <w:tabs>
          <w:tab w:val="left" w:pos="6000"/>
        </w:tabs>
        <w:rPr>
          <w:lang w:val="en-GB"/>
        </w:rPr>
      </w:pPr>
      <w:r w:rsidRPr="00A013DE">
        <w:rPr>
          <w:lang w:val="en-GB"/>
        </w:rPr>
        <w:tab/>
      </w:r>
    </w:p>
    <w:sectPr w:rsidR="00A12376" w:rsidRPr="00A013DE" w:rsidSect="00034616">
      <w:footerReference w:type="default" r:id="rId10"/>
      <w:pgSz w:w="12240" w:h="15840"/>
      <w:pgMar w:top="652" w:right="822" w:bottom="652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2FCE" w14:textId="77777777" w:rsidR="00566C4B" w:rsidRDefault="00566C4B">
      <w:pPr>
        <w:spacing w:after="0" w:line="240" w:lineRule="auto"/>
      </w:pPr>
      <w:r>
        <w:separator/>
      </w:r>
    </w:p>
  </w:endnote>
  <w:endnote w:type="continuationSeparator" w:id="0">
    <w:p w14:paraId="359FA705" w14:textId="77777777" w:rsidR="00566C4B" w:rsidRDefault="00566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D8C6" w14:textId="45AD1869" w:rsidR="00B05C65" w:rsidRPr="00B05C65" w:rsidRDefault="00000000" w:rsidP="00B05C65">
    <w:pPr>
      <w:pStyle w:val="Stopka"/>
      <w:jc w:val="center"/>
      <w:rPr>
        <w:sz w:val="14"/>
        <w:lang w:val="pl-PL"/>
      </w:rPr>
    </w:pPr>
    <w:proofErr w:type="spellStart"/>
    <w:r w:rsidRPr="00B05C65">
      <w:rPr>
        <w:sz w:val="14"/>
        <w:lang w:val="pl-PL"/>
      </w:rPr>
      <w:t>Europass</w:t>
    </w:r>
    <w:proofErr w:type="spellEnd"/>
    <w:r w:rsidRPr="00B05C65">
      <w:rPr>
        <w:sz w:val="14"/>
        <w:lang w:val="pl-PL"/>
      </w:rPr>
      <w:t xml:space="preserve"> Curriculum Vitae • </w:t>
    </w:r>
    <w:r w:rsidR="00B05C65" w:rsidRPr="00B05C65">
      <w:rPr>
        <w:sz w:val="14"/>
        <w:lang w:val="pl-PL"/>
      </w:rPr>
      <w:t>imię I nazwisko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97499" w14:textId="77777777" w:rsidR="00566C4B" w:rsidRDefault="00566C4B">
      <w:pPr>
        <w:spacing w:after="0" w:line="240" w:lineRule="auto"/>
      </w:pPr>
      <w:r>
        <w:separator/>
      </w:r>
    </w:p>
  </w:footnote>
  <w:footnote w:type="continuationSeparator" w:id="0">
    <w:p w14:paraId="197B3772" w14:textId="77777777" w:rsidR="00566C4B" w:rsidRDefault="00566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5F48B8"/>
    <w:multiLevelType w:val="hybridMultilevel"/>
    <w:tmpl w:val="EA044DA4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202748390">
    <w:abstractNumId w:val="8"/>
  </w:num>
  <w:num w:numId="2" w16cid:durableId="1834832970">
    <w:abstractNumId w:val="6"/>
  </w:num>
  <w:num w:numId="3" w16cid:durableId="508060451">
    <w:abstractNumId w:val="5"/>
  </w:num>
  <w:num w:numId="4" w16cid:durableId="987054209">
    <w:abstractNumId w:val="4"/>
  </w:num>
  <w:num w:numId="5" w16cid:durableId="1201897416">
    <w:abstractNumId w:val="7"/>
  </w:num>
  <w:num w:numId="6" w16cid:durableId="527648946">
    <w:abstractNumId w:val="3"/>
  </w:num>
  <w:num w:numId="7" w16cid:durableId="1421872829">
    <w:abstractNumId w:val="2"/>
  </w:num>
  <w:num w:numId="8" w16cid:durableId="1675766631">
    <w:abstractNumId w:val="1"/>
  </w:num>
  <w:num w:numId="9" w16cid:durableId="199054492">
    <w:abstractNumId w:val="0"/>
  </w:num>
  <w:num w:numId="10" w16cid:durableId="16477798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02CD"/>
    <w:rsid w:val="0015074B"/>
    <w:rsid w:val="00194EEB"/>
    <w:rsid w:val="001B21A5"/>
    <w:rsid w:val="001E07AA"/>
    <w:rsid w:val="0029639D"/>
    <w:rsid w:val="002F0D21"/>
    <w:rsid w:val="0032416E"/>
    <w:rsid w:val="00326F90"/>
    <w:rsid w:val="00566C4B"/>
    <w:rsid w:val="00595063"/>
    <w:rsid w:val="005A3E23"/>
    <w:rsid w:val="005B74D5"/>
    <w:rsid w:val="00841FF6"/>
    <w:rsid w:val="0096002E"/>
    <w:rsid w:val="0096132B"/>
    <w:rsid w:val="00A013DE"/>
    <w:rsid w:val="00A12376"/>
    <w:rsid w:val="00A739D3"/>
    <w:rsid w:val="00AA1D8D"/>
    <w:rsid w:val="00B05C65"/>
    <w:rsid w:val="00B47730"/>
    <w:rsid w:val="00C022EF"/>
    <w:rsid w:val="00C43B9F"/>
    <w:rsid w:val="00C960AA"/>
    <w:rsid w:val="00CB0664"/>
    <w:rsid w:val="00D05CCF"/>
    <w:rsid w:val="00D2554A"/>
    <w:rsid w:val="00D431C1"/>
    <w:rsid w:val="00D63944"/>
    <w:rsid w:val="00D70828"/>
    <w:rsid w:val="00E07EA3"/>
    <w:rsid w:val="00E12E27"/>
    <w:rsid w:val="00E9684B"/>
    <w:rsid w:val="00EA2E1B"/>
    <w:rsid w:val="00F140E1"/>
    <w:rsid w:val="00F90611"/>
    <w:rsid w:val="00FC693F"/>
    <w:rsid w:val="00FE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065E4"/>
  <w14:defaultImageDpi w14:val="300"/>
  <w15:docId w15:val="{2B16F424-5FFC-46E0-ABEE-5C9246CD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/>
    </w:pPr>
    <w:rPr>
      <w:rFonts w:ascii="Aptos" w:hAnsi="Aptos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Rotter</cp:lastModifiedBy>
  <cp:revision>23</cp:revision>
  <dcterms:created xsi:type="dcterms:W3CDTF">2026-09-11T14:44:00Z</dcterms:created>
  <dcterms:modified xsi:type="dcterms:W3CDTF">2026-09-11T15:14:00Z</dcterms:modified>
  <cp:category/>
</cp:coreProperties>
</file>